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0" w:line="240" w:lineRule="auto"/>
        <w:jc w:val="center"/>
      </w:pPr>
      <w:r>
        <w:rPr>
          <w:rFonts w:ascii="Arial" w:hAnsi="Arial" w:eastAsia="Arial"/>
          <w:b/>
          <w:color w:val="111111"/>
          <w:sz w:val="48"/>
        </w:rPr>
        <w:t xml:space="preserve">XPAI </w:t>
      </w:r>
      <w:r>
        <w:rPr>
          <w:rFonts w:ascii="Arial" w:hAnsi="Arial" w:eastAsia="Arial"/>
          <w:b/>
          <w:color w:val="86B52E"/>
          <w:sz w:val="48"/>
        </w:rPr>
        <w:t>FITNESS</w:t>
      </w:r>
    </w:p>
    <w:p>
      <w:pPr>
        <w:keepNext w:val="0"/>
        <w:spacing w:before="0" w:after="40" w:line="240" w:lineRule="auto"/>
        <w:jc w:val="center"/>
      </w:pPr>
      <w:r>
        <w:rPr>
          <w:rFonts w:ascii="Arial" w:hAnsi="Arial" w:eastAsia="Arial"/>
          <w:b w:val="0"/>
          <w:color w:val="666666"/>
          <w:sz w:val="21"/>
        </w:rPr>
        <w:t>FITXA D'ALTA DE SOCI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1"/>
      </w:tblGrid>
      <w:tr>
        <w:tc>
          <w:tcPr>
            <w:tcW w:type="dxa" w:w="9921"/>
            <w:vAlign w:val="center"/>
            <w:shd w:fill="111111"/>
            <w:tcMar>
              <w:top w:w="55" w:type="dxa"/>
              <w:start w:w="120" w:type="dxa"/>
              <w:bottom w:w="45" w:type="dxa"/>
              <w:end w:w="8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color w:val="FFFFFF"/>
                <w:sz w:val="22"/>
              </w:rPr>
              <w:t>1. DADES PERSONALS</w:t>
            </w:r>
          </w:p>
        </w:tc>
      </w:tr>
    </w:tbl>
    <w:p>
      <w:pPr>
        <w:keepNext w:val="0"/>
        <w:spacing w:before="0" w:after="40" w:line="240" w:lineRule="auto"/>
      </w:pPr>
      <w:r>
        <w:rPr>
          <w:rFonts w:ascii="Arial" w:hAnsi="Arial" w:eastAsia="Arial"/>
          <w:b/>
          <w:color w:val="111111"/>
          <w:sz w:val="17"/>
        </w:rPr>
        <w:t xml:space="preserve">Nom i cognoms: </w:t>
      </w:r>
      <w:r>
        <w:rPr>
          <w:rFonts w:ascii="Arial" w:hAnsi="Arial" w:eastAsia="Arial"/>
          <w:b w:val="0"/>
          <w:color w:val="111111"/>
          <w:sz w:val="17"/>
        </w:rPr>
        <w:t>_______________________________________________________________</w:t>
      </w:r>
    </w:p>
    <w:p>
      <w:pPr>
        <w:keepNext w:val="0"/>
        <w:spacing w:before="0" w:after="40" w:line="240" w:lineRule="auto"/>
      </w:pPr>
      <w:r>
        <w:rPr>
          <w:rFonts w:ascii="Arial" w:hAnsi="Arial" w:eastAsia="Arial"/>
          <w:b/>
          <w:color w:val="111111"/>
          <w:sz w:val="17"/>
        </w:rPr>
        <w:t xml:space="preserve">DNI / NIE / Passaport: </w:t>
      </w:r>
      <w:r>
        <w:rPr>
          <w:rFonts w:ascii="Arial" w:hAnsi="Arial" w:eastAsia="Arial"/>
          <w:b w:val="0"/>
          <w:color w:val="111111"/>
          <w:sz w:val="17"/>
        </w:rPr>
        <w:t>______________________________________________________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5411"/>
          </w:tcPr>
          <w:p>
            <w:pPr>
              <w:keepNext w:val="0"/>
              <w:spacing w:before="0" w:after="40" w:line="240" w:lineRule="auto"/>
            </w:pPr>
            <w:r>
              <w:rPr>
                <w:rFonts w:ascii="Arial" w:hAnsi="Arial" w:eastAsia="Arial"/>
                <w:b/>
                <w:color w:val="111111"/>
                <w:sz w:val="17"/>
              </w:rPr>
              <w:t xml:space="preserve">Data de naixement: </w:t>
            </w:r>
            <w:r>
              <w:rPr>
                <w:rFonts w:ascii="Arial" w:hAnsi="Arial" w:eastAsia="Arial"/>
                <w:b w:val="0"/>
                <w:color w:val="111111"/>
                <w:sz w:val="17"/>
              </w:rPr>
              <w:t>______________________</w:t>
            </w:r>
          </w:p>
        </w:tc>
        <w:tc>
          <w:tcPr>
            <w:tcW w:type="dxa" w:w="5411"/>
          </w:tcPr>
          <w:p>
            <w:pPr>
              <w:keepNext w:val="0"/>
              <w:spacing w:before="0" w:after="40" w:line="240" w:lineRule="auto"/>
            </w:pPr>
            <w:r>
              <w:rPr>
                <w:rFonts w:ascii="Arial" w:hAnsi="Arial" w:eastAsia="Arial"/>
                <w:b/>
                <w:color w:val="111111"/>
                <w:sz w:val="17"/>
              </w:rPr>
              <w:t xml:space="preserve">Telèfon: </w:t>
            </w:r>
            <w:r>
              <w:rPr>
                <w:rFonts w:ascii="Arial" w:hAnsi="Arial" w:eastAsia="Arial"/>
                <w:b w:val="0"/>
                <w:color w:val="111111"/>
                <w:sz w:val="17"/>
              </w:rPr>
              <w:t>______________________</w:t>
            </w:r>
          </w:p>
        </w:tc>
      </w:tr>
    </w:tbl>
    <w:p>
      <w:pPr>
        <w:keepNext w:val="0"/>
        <w:spacing w:before="0" w:after="40" w:line="240" w:lineRule="auto"/>
      </w:pPr>
      <w:r>
        <w:rPr>
          <w:rFonts w:ascii="Arial" w:hAnsi="Arial" w:eastAsia="Arial"/>
          <w:b/>
          <w:color w:val="111111"/>
          <w:sz w:val="17"/>
        </w:rPr>
        <w:t xml:space="preserve">Correu electrònic: </w:t>
      </w:r>
      <w:r>
        <w:rPr>
          <w:rFonts w:ascii="Arial" w:hAnsi="Arial" w:eastAsia="Arial"/>
          <w:b w:val="0"/>
          <w:color w:val="111111"/>
          <w:sz w:val="17"/>
        </w:rPr>
        <w:t>____________________________________________________________</w:t>
      </w:r>
    </w:p>
    <w:p>
      <w:pPr>
        <w:keepNext w:val="0"/>
        <w:spacing w:before="0" w:after="40" w:line="240" w:lineRule="auto"/>
      </w:pPr>
      <w:r>
        <w:rPr>
          <w:rFonts w:ascii="Arial" w:hAnsi="Arial" w:eastAsia="Arial"/>
          <w:b/>
          <w:color w:val="111111"/>
          <w:sz w:val="17"/>
        </w:rPr>
        <w:t xml:space="preserve">Adreça: </w:t>
      </w:r>
      <w:r>
        <w:rPr>
          <w:rFonts w:ascii="Arial" w:hAnsi="Arial" w:eastAsia="Arial"/>
          <w:b w:val="0"/>
          <w:color w:val="111111"/>
          <w:sz w:val="17"/>
        </w:rPr>
        <w:t>__________________________________________________________________________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5411"/>
          </w:tcPr>
          <w:p>
            <w:pPr>
              <w:keepNext w:val="0"/>
              <w:spacing w:before="0" w:after="40" w:line="240" w:lineRule="auto"/>
            </w:pPr>
            <w:r>
              <w:rPr>
                <w:rFonts w:ascii="Arial" w:hAnsi="Arial" w:eastAsia="Arial"/>
                <w:b/>
                <w:color w:val="111111"/>
                <w:sz w:val="17"/>
              </w:rPr>
              <w:t xml:space="preserve">Codi postal: </w:t>
            </w:r>
            <w:r>
              <w:rPr>
                <w:rFonts w:ascii="Arial" w:hAnsi="Arial" w:eastAsia="Arial"/>
                <w:b w:val="0"/>
                <w:color w:val="111111"/>
                <w:sz w:val="17"/>
              </w:rPr>
              <w:t>________________</w:t>
            </w:r>
          </w:p>
        </w:tc>
        <w:tc>
          <w:tcPr>
            <w:tcW w:type="dxa" w:w="5411"/>
          </w:tcPr>
          <w:p>
            <w:pPr>
              <w:keepNext w:val="0"/>
              <w:spacing w:before="0" w:after="40" w:line="240" w:lineRule="auto"/>
            </w:pPr>
            <w:r>
              <w:rPr>
                <w:rFonts w:ascii="Arial" w:hAnsi="Arial" w:eastAsia="Arial"/>
                <w:b/>
                <w:color w:val="111111"/>
                <w:sz w:val="17"/>
              </w:rPr>
              <w:t xml:space="preserve">Població: </w:t>
            </w:r>
            <w:r>
              <w:rPr>
                <w:rFonts w:ascii="Arial" w:hAnsi="Arial" w:eastAsia="Arial"/>
                <w:b w:val="0"/>
                <w:color w:val="111111"/>
                <w:sz w:val="17"/>
              </w:rPr>
              <w:t>____________________________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1"/>
      </w:tblGrid>
      <w:tr>
        <w:tc>
          <w:tcPr>
            <w:tcW w:type="dxa" w:w="9921"/>
            <w:vAlign w:val="center"/>
            <w:shd w:fill="111111"/>
            <w:tcMar>
              <w:top w:w="55" w:type="dxa"/>
              <w:start w:w="120" w:type="dxa"/>
              <w:bottom w:w="45" w:type="dxa"/>
              <w:end w:w="8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color w:val="FFFFFF"/>
                <w:sz w:val="22"/>
              </w:rPr>
              <w:t>2. QUOTA I FORMA DE PAGAMENT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953"/>
        <w:gridCol w:w="3969"/>
      </w:tblGrid>
      <w:tr>
        <w:tc>
          <w:tcPr>
            <w:tcW w:type="dxa" w:w="5411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FCFCF"/>
              <w:left w:val="single" w:sz="4" w:color="CFCFCF"/>
              <w:bottom w:val="single" w:sz="4" w:color="CFCFCF"/>
              <w:right w:val="single" w:sz="4" w:color="CFCFCF"/>
            </w:tcBorders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color w:val="111111"/>
                <w:sz w:val="16"/>
              </w:rPr>
              <w:t xml:space="preserve">Quota / modalitat: </w:t>
            </w:r>
            <w:r>
              <w:rPr>
                <w:rFonts w:ascii="Arial" w:hAnsi="Arial" w:eastAsia="Arial"/>
                <w:b w:val="0"/>
                <w:color w:val="111111"/>
                <w:sz w:val="16"/>
              </w:rPr>
              <w:t>__________________________________</w:t>
            </w:r>
          </w:p>
        </w:tc>
        <w:tc>
          <w:tcPr>
            <w:tcW w:type="dxa" w:w="5411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FCFCF"/>
              <w:left w:val="single" w:sz="4" w:color="CFCFCF"/>
              <w:bottom w:val="single" w:sz="4" w:color="CFCFCF"/>
              <w:right w:val="single" w:sz="4" w:color="CFCFCF"/>
            </w:tcBorders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color w:val="111111"/>
                <w:sz w:val="16"/>
              </w:rPr>
              <w:t xml:space="preserve">Preu: </w:t>
            </w:r>
            <w:r>
              <w:rPr>
                <w:rFonts w:ascii="Arial" w:hAnsi="Arial" w:eastAsia="Arial"/>
                <w:b w:val="0"/>
                <w:color w:val="111111"/>
                <w:sz w:val="16"/>
              </w:rPr>
              <w:t>________ EUR/mes</w:t>
            </w:r>
          </w:p>
        </w:tc>
      </w:tr>
      <w:tr>
        <w:tc>
          <w:tcPr>
            <w:tcW w:type="dxa" w:w="5411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FCFCF"/>
              <w:left w:val="single" w:sz="4" w:color="CFCFCF"/>
              <w:bottom w:val="single" w:sz="4" w:color="CFCFCF"/>
              <w:right w:val="single" w:sz="4" w:color="CFCFCF"/>
            </w:tcBorders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color w:val="111111"/>
                <w:sz w:val="16"/>
              </w:rPr>
              <w:t xml:space="preserve">Data d'alta: </w:t>
            </w:r>
            <w:r>
              <w:rPr>
                <w:rFonts w:ascii="Arial" w:hAnsi="Arial" w:eastAsia="Arial"/>
                <w:b w:val="0"/>
                <w:color w:val="111111"/>
                <w:sz w:val="16"/>
              </w:rPr>
              <w:t>____ / ____ / ________</w:t>
            </w:r>
          </w:p>
        </w:tc>
        <w:tc>
          <w:tcPr>
            <w:tcW w:type="dxa" w:w="5411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CFCFCF"/>
              <w:left w:val="single" w:sz="4" w:color="CFCFCF"/>
              <w:bottom w:val="single" w:sz="4" w:color="CFCFCF"/>
              <w:right w:val="single" w:sz="4" w:color="CFCFCF"/>
            </w:tcBorders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color w:val="111111"/>
                <w:sz w:val="16"/>
              </w:rPr>
              <w:t xml:space="preserve">Matrícula: </w:t>
            </w:r>
            <w:r>
              <w:rPr>
                <w:rFonts w:ascii="Arial" w:hAnsi="Arial" w:eastAsia="Arial"/>
                <w:b w:val="0"/>
                <w:color w:val="111111"/>
                <w:sz w:val="16"/>
              </w:rPr>
              <w:t>________ EUR</w:t>
            </w:r>
          </w:p>
        </w:tc>
      </w:tr>
    </w:tbl>
    <w:p>
      <w:pPr>
        <w:keepNext w:val="0"/>
        <w:spacing w:before="0" w:after="0" w:line="240" w:lineRule="auto"/>
      </w:pPr>
      <w:r>
        <w:rPr>
          <w:rFonts w:ascii="Arial" w:hAnsi="Arial" w:eastAsia="Arial"/>
          <w:b/>
          <w:color w:val="111111"/>
          <w:sz w:val="16"/>
        </w:rPr>
        <w:t>Forma de pagament: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607"/>
        <w:gridCol w:w="3607"/>
        <w:gridCol w:w="3607"/>
      </w:tblGrid>
      <w:tr>
        <w:tc>
          <w:tcPr>
            <w:tcW w:type="dxa" w:w="3607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DejaVu Sans" w:hAnsi="DejaVu Sans" w:eastAsia="DejaVu Sans"/>
                <w:b w:val="0"/>
                <w:color w:val="111111"/>
                <w:sz w:val="18"/>
              </w:rPr>
              <w:t>☐  Domiciliació bancària</w:t>
            </w:r>
          </w:p>
        </w:tc>
        <w:tc>
          <w:tcPr>
            <w:tcW w:type="dxa" w:w="3607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DejaVu Sans" w:hAnsi="DejaVu Sans" w:eastAsia="DejaVu Sans"/>
                <w:b w:val="0"/>
                <w:color w:val="111111"/>
                <w:sz w:val="18"/>
              </w:rPr>
              <w:t>☐  Targeta</w:t>
            </w:r>
          </w:p>
        </w:tc>
        <w:tc>
          <w:tcPr>
            <w:tcW w:type="dxa" w:w="3607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DejaVu Sans" w:hAnsi="DejaVu Sans" w:eastAsia="DejaVu Sans"/>
                <w:b w:val="0"/>
                <w:color w:val="111111"/>
                <w:sz w:val="18"/>
              </w:rPr>
              <w:t>☐  Altres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871"/>
        <w:gridCol w:w="8050"/>
      </w:tblGrid>
      <w:tr>
        <w:tc>
          <w:tcPr>
            <w:tcW w:type="dxa" w:w="5411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4" w:color="CFCFCF"/>
              <w:left w:val="single" w:sz="4" w:color="CFCFCF"/>
              <w:bottom w:val="single" w:sz="4" w:color="CFCFCF"/>
              <w:right w:val="single" w:sz="4" w:color="CFCFCF"/>
            </w:tcBorders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color w:val="111111"/>
                <w:sz w:val="16"/>
              </w:rPr>
              <w:t>Titular del compte:</w:t>
            </w:r>
          </w:p>
        </w:tc>
        <w:tc>
          <w:tcPr>
            <w:tcW w:type="dxa" w:w="5411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4" w:color="CFCFCF"/>
              <w:left w:val="single" w:sz="4" w:color="CFCFCF"/>
              <w:bottom w:val="single" w:sz="4" w:color="CFCFCF"/>
              <w:right w:val="single" w:sz="4" w:color="CFCFCF"/>
            </w:tcBorders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color w:val="111111"/>
                <w:sz w:val="16"/>
              </w:rPr>
              <w:t>_______________________________________________</w:t>
            </w:r>
          </w:p>
        </w:tc>
      </w:tr>
      <w:tr>
        <w:tc>
          <w:tcPr>
            <w:tcW w:type="dxa" w:w="5411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4" w:color="CFCFCF"/>
              <w:left w:val="single" w:sz="4" w:color="CFCFCF"/>
              <w:bottom w:val="single" w:sz="4" w:color="CFCFCF"/>
              <w:right w:val="single" w:sz="4" w:color="CFCFCF"/>
            </w:tcBorders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color w:val="111111"/>
                <w:sz w:val="16"/>
              </w:rPr>
              <w:t>IBAN:</w:t>
            </w:r>
          </w:p>
        </w:tc>
        <w:tc>
          <w:tcPr>
            <w:tcW w:type="dxa" w:w="5411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4" w:color="CFCFCF"/>
              <w:left w:val="single" w:sz="4" w:color="CFCFCF"/>
              <w:bottom w:val="single" w:sz="4" w:color="CFCFCF"/>
              <w:right w:val="single" w:sz="4" w:color="CFCFCF"/>
            </w:tcBorders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color w:val="111111"/>
                <w:sz w:val="16"/>
              </w:rPr>
              <w:t>ES ____ ________ ________ ________ ________ ________</w:t>
            </w:r>
          </w:p>
        </w:tc>
      </w:tr>
      <w:tr>
        <w:tc>
          <w:tcPr>
            <w:tcW w:type="dxa" w:w="5411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4" w:color="CFCFCF"/>
              <w:left w:val="single" w:sz="4" w:color="CFCFCF"/>
              <w:bottom w:val="single" w:sz="4" w:color="CFCFCF"/>
              <w:right w:val="single" w:sz="4" w:color="CFCFCF"/>
            </w:tcBorders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color w:val="111111"/>
                <w:sz w:val="16"/>
              </w:rPr>
              <w:t>Entitat bancària:</w:t>
            </w:r>
          </w:p>
        </w:tc>
        <w:tc>
          <w:tcPr>
            <w:tcW w:type="dxa" w:w="5411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4" w:color="CFCFCF"/>
              <w:left w:val="single" w:sz="4" w:color="CFCFCF"/>
              <w:bottom w:val="single" w:sz="4" w:color="CFCFCF"/>
              <w:right w:val="single" w:sz="4" w:color="CFCFCF"/>
            </w:tcBorders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color w:val="111111"/>
                <w:sz w:val="16"/>
              </w:rPr>
              <w:t>________________________________</w:t>
            </w:r>
          </w:p>
        </w:tc>
      </w:tr>
      <w:tr>
        <w:tc>
          <w:tcPr>
            <w:tcW w:type="dxa" w:w="5411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4" w:color="CFCFCF"/>
              <w:left w:val="single" w:sz="4" w:color="CFCFCF"/>
              <w:bottom w:val="single" w:sz="4" w:color="CFCFCF"/>
              <w:right w:val="single" w:sz="4" w:color="CFCFCF"/>
            </w:tcBorders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color w:val="111111"/>
                <w:sz w:val="16"/>
              </w:rPr>
              <w:t>BIC / SWIFT:</w:t>
            </w:r>
          </w:p>
        </w:tc>
        <w:tc>
          <w:tcPr>
            <w:tcW w:type="dxa" w:w="5411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4" w:color="CFCFCF"/>
              <w:left w:val="single" w:sz="4" w:color="CFCFCF"/>
              <w:bottom w:val="single" w:sz="4" w:color="CFCFCF"/>
              <w:right w:val="single" w:sz="4" w:color="CFCFCF"/>
            </w:tcBorders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color w:val="111111"/>
                <w:sz w:val="16"/>
              </w:rPr>
              <w:t>________________________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1"/>
      </w:tblGrid>
      <w:tr>
        <w:tc>
          <w:tcPr>
            <w:tcW w:type="dxa" w:w="9921"/>
            <w:vAlign w:val="center"/>
            <w:shd w:fill="111111"/>
            <w:tcMar>
              <w:top w:w="55" w:type="dxa"/>
              <w:start w:w="120" w:type="dxa"/>
              <w:bottom w:w="45" w:type="dxa"/>
              <w:end w:w="8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color w:val="FFFFFF"/>
                <w:sz w:val="22"/>
              </w:rPr>
              <w:t>3. CONTACTE D'EMERGÈNCIA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953"/>
        <w:gridCol w:w="3969"/>
      </w:tblGrid>
      <w:tr>
        <w:tc>
          <w:tcPr>
            <w:tcW w:type="dxa" w:w="5411"/>
          </w:tcPr>
          <w:p>
            <w:pPr>
              <w:keepNext w:val="0"/>
              <w:spacing w:before="0" w:after="40" w:line="240" w:lineRule="auto"/>
            </w:pPr>
            <w:r>
              <w:rPr>
                <w:rFonts w:ascii="Arial" w:hAnsi="Arial" w:eastAsia="Arial"/>
                <w:b/>
                <w:color w:val="111111"/>
                <w:sz w:val="17"/>
              </w:rPr>
              <w:t xml:space="preserve">Nom i cognoms: </w:t>
            </w:r>
            <w:r>
              <w:rPr>
                <w:rFonts w:ascii="Arial" w:hAnsi="Arial" w:eastAsia="Arial"/>
                <w:b w:val="0"/>
                <w:color w:val="111111"/>
                <w:sz w:val="17"/>
              </w:rPr>
              <w:t>________________________________</w:t>
            </w:r>
          </w:p>
        </w:tc>
        <w:tc>
          <w:tcPr>
            <w:tcW w:type="dxa" w:w="5411"/>
          </w:tcPr>
          <w:p>
            <w:pPr>
              <w:keepNext w:val="0"/>
              <w:spacing w:before="0" w:after="40" w:line="240" w:lineRule="auto"/>
            </w:pPr>
            <w:r>
              <w:rPr>
                <w:rFonts w:ascii="Arial" w:hAnsi="Arial" w:eastAsia="Arial"/>
                <w:b/>
                <w:color w:val="111111"/>
                <w:sz w:val="17"/>
              </w:rPr>
              <w:t xml:space="preserve">Telèfon: </w:t>
            </w:r>
            <w:r>
              <w:rPr>
                <w:rFonts w:ascii="Arial" w:hAnsi="Arial" w:eastAsia="Arial"/>
                <w:b w:val="0"/>
                <w:color w:val="111111"/>
                <w:sz w:val="17"/>
              </w:rPr>
              <w:t>__________________</w:t>
            </w:r>
          </w:p>
        </w:tc>
      </w:tr>
    </w:tbl>
    <w:p>
      <w:pPr>
        <w:keepNext w:val="0"/>
        <w:spacing w:before="0" w:after="40" w:line="240" w:lineRule="auto"/>
      </w:pPr>
      <w:r>
        <w:rPr>
          <w:rFonts w:ascii="Arial" w:hAnsi="Arial" w:eastAsia="Arial"/>
          <w:b/>
          <w:color w:val="111111"/>
          <w:sz w:val="17"/>
        </w:rPr>
        <w:t xml:space="preserve">Relació amb el soci: </w:t>
      </w:r>
      <w:r>
        <w:rPr>
          <w:rFonts w:ascii="Arial" w:hAnsi="Arial" w:eastAsia="Arial"/>
          <w:b w:val="0"/>
          <w:color w:val="111111"/>
          <w:sz w:val="17"/>
        </w:rPr>
        <w:t>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1"/>
      </w:tblGrid>
      <w:tr>
        <w:tc>
          <w:tcPr>
            <w:tcW w:type="dxa" w:w="9921"/>
            <w:vAlign w:val="center"/>
            <w:shd w:fill="111111"/>
            <w:tcMar>
              <w:top w:w="55" w:type="dxa"/>
              <w:start w:w="120" w:type="dxa"/>
              <w:bottom w:w="45" w:type="dxa"/>
              <w:end w:w="8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color w:val="FFFFFF"/>
                <w:sz w:val="22"/>
              </w:rPr>
              <w:t>4. ACCEPTACIÓ CONTRACTUAL I PRIVACITAT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12"/>
        <w:gridCol w:w="9581"/>
      </w:tblGrid>
      <w:tr>
        <w:tc>
          <w:tcPr>
            <w:tcW w:type="dxa" w:w="312"/>
            <w:tcMar>
              <w:top w:w="0" w:type="dxa"/>
              <w:start w:w="0" w:type="dxa"/>
              <w:bottom w:w="0" w:type="dxa"/>
              <w:end w:w="30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DejaVu Sans" w:hAnsi="DejaVu Sans" w:eastAsia="DejaVu Sans"/>
                <w:b w:val="0"/>
                <w:color w:val="111111"/>
                <w:sz w:val="28"/>
              </w:rPr>
              <w:t>☐</w:t>
            </w:r>
          </w:p>
        </w:tc>
        <w:tc>
          <w:tcPr>
            <w:tcW w:type="dxa" w:w="9581"/>
            <w:tcMar>
              <w:top w:w="0" w:type="dxa"/>
              <w:start w:w="0" w:type="dxa"/>
              <w:bottom w:w="0" w:type="dxa"/>
              <w:end w:w="3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color w:val="111111"/>
                <w:sz w:val="16"/>
              </w:rPr>
              <w:t xml:space="preserve">Condicions generals. </w:t>
            </w:r>
            <w:r>
              <w:rPr>
                <w:rFonts w:ascii="Arial" w:hAnsi="Arial" w:eastAsia="Arial"/>
                <w:b w:val="0"/>
                <w:color w:val="111111"/>
                <w:sz w:val="16"/>
              </w:rPr>
              <w:t>Declaro que he llegit i accepto les Condicions Generals d'alta i ús que figuren al revers.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12"/>
        <w:gridCol w:w="9581"/>
      </w:tblGrid>
      <w:tr>
        <w:tc>
          <w:tcPr>
            <w:tcW w:type="dxa" w:w="312"/>
            <w:tcMar>
              <w:top w:w="0" w:type="dxa"/>
              <w:start w:w="0" w:type="dxa"/>
              <w:bottom w:w="0" w:type="dxa"/>
              <w:end w:w="30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DejaVu Sans" w:hAnsi="DejaVu Sans" w:eastAsia="DejaVu Sans"/>
                <w:b w:val="0"/>
                <w:color w:val="111111"/>
                <w:sz w:val="28"/>
              </w:rPr>
              <w:t>☐</w:t>
            </w:r>
          </w:p>
        </w:tc>
        <w:tc>
          <w:tcPr>
            <w:tcW w:type="dxa" w:w="9581"/>
            <w:tcMar>
              <w:top w:w="0" w:type="dxa"/>
              <w:start w:w="0" w:type="dxa"/>
              <w:bottom w:w="0" w:type="dxa"/>
              <w:end w:w="3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color w:val="111111"/>
                <w:sz w:val="16"/>
              </w:rPr>
              <w:t xml:space="preserve">Quota i pagaments. </w:t>
            </w:r>
            <w:r>
              <w:rPr>
                <w:rFonts w:ascii="Arial" w:hAnsi="Arial" w:eastAsia="Arial"/>
                <w:b w:val="0"/>
                <w:color w:val="111111"/>
                <w:sz w:val="16"/>
              </w:rPr>
              <w:t>Accepto la modalitat, el preu, la periodicitat i la forma de pagament indicats en aquesta alta.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12"/>
        <w:gridCol w:w="9581"/>
      </w:tblGrid>
      <w:tr>
        <w:tc>
          <w:tcPr>
            <w:tcW w:type="dxa" w:w="312"/>
            <w:tcMar>
              <w:top w:w="0" w:type="dxa"/>
              <w:start w:w="0" w:type="dxa"/>
              <w:bottom w:w="0" w:type="dxa"/>
              <w:end w:w="30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DejaVu Sans" w:hAnsi="DejaVu Sans" w:eastAsia="DejaVu Sans"/>
                <w:b w:val="0"/>
                <w:color w:val="111111"/>
                <w:sz w:val="28"/>
              </w:rPr>
              <w:t>☐</w:t>
            </w:r>
          </w:p>
        </w:tc>
        <w:tc>
          <w:tcPr>
            <w:tcW w:type="dxa" w:w="9581"/>
            <w:tcMar>
              <w:top w:w="0" w:type="dxa"/>
              <w:start w:w="0" w:type="dxa"/>
              <w:bottom w:w="0" w:type="dxa"/>
              <w:end w:w="3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color w:val="111111"/>
                <w:sz w:val="16"/>
              </w:rPr>
              <w:t xml:space="preserve">Informació de protecció de dades. </w:t>
            </w:r>
            <w:r>
              <w:rPr>
                <w:rFonts w:ascii="Arial" w:hAnsi="Arial" w:eastAsia="Arial"/>
                <w:b w:val="0"/>
                <w:color w:val="111111"/>
                <w:sz w:val="16"/>
              </w:rPr>
              <w:t>Declaro haver rebut i llegit la informació bàsica de protecció de dades que figura al revers.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1"/>
      </w:tblGrid>
      <w:tr>
        <w:tc>
          <w:tcPr>
            <w:tcW w:type="dxa" w:w="9921"/>
            <w:vAlign w:val="center"/>
            <w:shd w:fill="111111"/>
            <w:tcMar>
              <w:top w:w="55" w:type="dxa"/>
              <w:start w:w="120" w:type="dxa"/>
              <w:bottom w:w="45" w:type="dxa"/>
              <w:end w:w="8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color w:val="FFFFFF"/>
                <w:sz w:val="22"/>
              </w:rPr>
              <w:t>5. CONSENTIMENTS OPCIONALS</w:t>
            </w:r>
          </w:p>
        </w:tc>
      </w:tr>
    </w:tbl>
    <w:p>
      <w:pPr>
        <w:keepNext w:val="0"/>
        <w:spacing w:before="0" w:after="0" w:line="240" w:lineRule="auto"/>
      </w:pPr>
      <w:r>
        <w:rPr>
          <w:rFonts w:ascii="Arial" w:hAnsi="Arial" w:eastAsia="Arial"/>
          <w:b/>
          <w:color w:val="111111"/>
          <w:sz w:val="15"/>
        </w:rPr>
        <w:t>Aquestes autoritzacions són voluntàries, independents de l'alta i no estan premarcades.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12"/>
        <w:gridCol w:w="9581"/>
      </w:tblGrid>
      <w:tr>
        <w:tc>
          <w:tcPr>
            <w:tcW w:type="dxa" w:w="312"/>
            <w:tcMar>
              <w:top w:w="0" w:type="dxa"/>
              <w:start w:w="0" w:type="dxa"/>
              <w:bottom w:w="0" w:type="dxa"/>
              <w:end w:w="30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DejaVu Sans" w:hAnsi="DejaVu Sans" w:eastAsia="DejaVu Sans"/>
                <w:b w:val="0"/>
                <w:color w:val="111111"/>
                <w:sz w:val="28"/>
              </w:rPr>
              <w:t>☐</w:t>
            </w:r>
          </w:p>
        </w:tc>
        <w:tc>
          <w:tcPr>
            <w:tcW w:type="dxa" w:w="9581"/>
            <w:tcMar>
              <w:top w:w="0" w:type="dxa"/>
              <w:start w:w="0" w:type="dxa"/>
              <w:bottom w:w="0" w:type="dxa"/>
              <w:end w:w="3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color w:val="111111"/>
                <w:sz w:val="15"/>
              </w:rPr>
              <w:t xml:space="preserve">SÍ, autoritzo comunicacions comercials. </w:t>
            </w:r>
            <w:r>
              <w:rPr>
                <w:rFonts w:ascii="Arial" w:hAnsi="Arial" w:eastAsia="Arial"/>
                <w:b w:val="0"/>
                <w:color w:val="111111"/>
                <w:sz w:val="15"/>
              </w:rPr>
              <w:t>Autoritzo EFXA TOTAL GYM, S.L. / XPAI FITNESS a enviar-me novetats, promocions i informació comercial pròpia per correu electrònic, SMS i/o mitjans electrònics equivalents. Puc retirar l'autorització en qualsevol moment.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12"/>
        <w:gridCol w:w="9581"/>
      </w:tblGrid>
      <w:tr>
        <w:tc>
          <w:tcPr>
            <w:tcW w:type="dxa" w:w="312"/>
            <w:tcMar>
              <w:top w:w="0" w:type="dxa"/>
              <w:start w:w="0" w:type="dxa"/>
              <w:bottom w:w="0" w:type="dxa"/>
              <w:end w:w="30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DejaVu Sans" w:hAnsi="DejaVu Sans" w:eastAsia="DejaVu Sans"/>
                <w:b w:val="0"/>
                <w:color w:val="111111"/>
                <w:sz w:val="28"/>
              </w:rPr>
              <w:t>☐</w:t>
            </w:r>
          </w:p>
        </w:tc>
        <w:tc>
          <w:tcPr>
            <w:tcW w:type="dxa" w:w="9581"/>
            <w:tcMar>
              <w:top w:w="0" w:type="dxa"/>
              <w:start w:w="0" w:type="dxa"/>
              <w:bottom w:w="0" w:type="dxa"/>
              <w:end w:w="3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color w:val="111111"/>
                <w:sz w:val="15"/>
              </w:rPr>
              <w:t xml:space="preserve">SÍ, autoritzo l'ús promocional de la meva imatge. </w:t>
            </w:r>
            <w:r>
              <w:rPr>
                <w:rFonts w:ascii="Arial" w:hAnsi="Arial" w:eastAsia="Arial"/>
                <w:b w:val="0"/>
                <w:color w:val="111111"/>
                <w:sz w:val="15"/>
              </w:rPr>
              <w:t>Autoritzo XPAI FITNESS a captar i utilitzar fotografies o vídeos en què aparegui per a comunicació i promoció del centre als seus canals corporatius, inclosos web i xarxes socials. Puc retirar l'autorització per a usos futurs.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1"/>
      </w:tblGrid>
      <w:tr>
        <w:tc>
          <w:tcPr>
            <w:tcW w:type="dxa" w:w="9921"/>
            <w:vAlign w:val="center"/>
            <w:shd w:fill="111111"/>
            <w:tcMar>
              <w:top w:w="55" w:type="dxa"/>
              <w:start w:w="120" w:type="dxa"/>
              <w:bottom w:w="45" w:type="dxa"/>
              <w:end w:w="8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color w:val="FFFFFF"/>
                <w:sz w:val="22"/>
              </w:rPr>
              <w:t>6. SIGNATURA</w:t>
            </w:r>
          </w:p>
        </w:tc>
      </w:tr>
    </w:tbl>
    <w:p>
      <w:pPr>
        <w:keepNext w:val="0"/>
        <w:spacing w:before="0" w:after="40" w:line="240" w:lineRule="auto"/>
      </w:pPr>
      <w:r>
        <w:rPr>
          <w:rFonts w:ascii="Arial" w:hAnsi="Arial" w:eastAsia="Arial"/>
          <w:b/>
          <w:color w:val="111111"/>
          <w:sz w:val="15"/>
        </w:rPr>
        <w:t>Amb la meva signatura confirmo que les dades facilitades són correctes, accepto les condicions contractuals indicades i declaro haver rebut la informació de protecció de dades. Els consentiments opcionals només s'atorguen si he marcat expressament la casella corresponent.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02"/>
        <w:gridCol w:w="4819"/>
      </w:tblGrid>
      <w:tr>
        <w:tc>
          <w:tcPr>
            <w:tcW w:type="dxa" w:w="5411"/>
            <w:tcMar>
              <w:top w:w="55" w:type="dxa"/>
              <w:start w:w="100" w:type="dxa"/>
              <w:bottom w:w="55" w:type="dxa"/>
              <w:end w:w="100" w:type="dxa"/>
            </w:tcMar>
            <w:tcBorders>
              <w:top w:val="single" w:sz="4" w:color="CFCFCF"/>
              <w:left w:val="single" w:sz="4" w:color="CFCFCF"/>
              <w:bottom w:val="single" w:sz="4" w:color="CFCFCF"/>
              <w:right w:val="single" w:sz="4" w:color="CFCFCF"/>
            </w:tcBorders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color w:val="111111"/>
                <w:sz w:val="15"/>
              </w:rPr>
              <w:t>Salt, ____ de __________________ de 20____</w:t>
            </w:r>
          </w:p>
        </w:tc>
        <w:tc>
          <w:tcPr>
            <w:tcW w:type="dxa" w:w="5411"/>
            <w:tcMar>
              <w:top w:w="55" w:type="dxa"/>
              <w:start w:w="100" w:type="dxa"/>
              <w:bottom w:w="55" w:type="dxa"/>
              <w:end w:w="100" w:type="dxa"/>
            </w:tcMar>
            <w:tcBorders>
              <w:top w:val="single" w:sz="4" w:color="CFCFCF"/>
              <w:left w:val="single" w:sz="4" w:color="CFCFCF"/>
              <w:bottom w:val="single" w:sz="4" w:color="CFCFCF"/>
              <w:right w:val="single" w:sz="4" w:color="CFCFCF"/>
            </w:tcBorders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color w:val="111111"/>
                <w:sz w:val="15"/>
              </w:rPr>
              <w:t>Signatura del soci</w:t>
            </w:r>
          </w:p>
        </w:tc>
      </w:tr>
      <w:tr>
        <w:tc>
          <w:tcPr>
            <w:tcW w:type="dxa" w:w="5411"/>
            <w:tcMar>
              <w:top w:w="55" w:type="dxa"/>
              <w:start w:w="100" w:type="dxa"/>
              <w:bottom w:w="55" w:type="dxa"/>
              <w:end w:w="100" w:type="dxa"/>
            </w:tcMar>
            <w:tcBorders>
              <w:top w:val="single" w:sz="4" w:color="CFCFCF"/>
              <w:left w:val="single" w:sz="4" w:color="CFCFCF"/>
              <w:bottom w:val="single" w:sz="4" w:color="CFCFCF"/>
              <w:right w:val="single" w:sz="4" w:color="CFCFCF"/>
            </w:tcBorders>
          </w:tcPr>
          <w:p/>
        </w:tc>
        <w:tc>
          <w:tcPr>
            <w:tcW w:type="dxa" w:w="5411"/>
            <w:tcMar>
              <w:top w:w="55" w:type="dxa"/>
              <w:start w:w="100" w:type="dxa"/>
              <w:bottom w:w="55" w:type="dxa"/>
              <w:end w:w="100" w:type="dxa"/>
            </w:tcMar>
            <w:tcBorders>
              <w:top w:val="single" w:sz="4" w:color="CFCFCF"/>
              <w:left w:val="single" w:sz="4" w:color="CFCFCF"/>
              <w:bottom w:val="single" w:sz="4" w:color="CFCFCF"/>
              <w:right w:val="single" w:sz="4" w:color="CFCFCF"/>
            </w:tcBorders>
          </w:tcPr>
          <w:p/>
        </w:tc>
      </w:tr>
      <w:tr>
        <w:tc>
          <w:tcPr>
            <w:tcW w:type="dxa" w:w="5411"/>
            <w:tcMar>
              <w:top w:w="55" w:type="dxa"/>
              <w:start w:w="100" w:type="dxa"/>
              <w:bottom w:w="55" w:type="dxa"/>
              <w:end w:w="100" w:type="dxa"/>
            </w:tcMar>
            <w:tcBorders>
              <w:top w:val="single" w:sz="4" w:color="CFCFCF"/>
              <w:left w:val="single" w:sz="4" w:color="CFCFCF"/>
              <w:bottom w:val="single" w:sz="4" w:color="CFCFCF"/>
              <w:right w:val="single" w:sz="4" w:color="CFCFCF"/>
            </w:tcBorders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color w:val="111111"/>
                <w:sz w:val="15"/>
              </w:rPr>
              <w:t>Nom: _________________________________</w:t>
            </w:r>
          </w:p>
        </w:tc>
        <w:tc>
          <w:tcPr>
            <w:tcW w:type="dxa" w:w="5411"/>
            <w:tcMar>
              <w:top w:w="55" w:type="dxa"/>
              <w:start w:w="100" w:type="dxa"/>
              <w:bottom w:w="55" w:type="dxa"/>
              <w:end w:w="100" w:type="dxa"/>
            </w:tcMar>
            <w:tcBorders>
              <w:top w:val="single" w:sz="4" w:color="CFCFCF"/>
              <w:left w:val="single" w:sz="4" w:color="CFCFCF"/>
              <w:bottom w:val="single" w:sz="4" w:color="CFCFCF"/>
              <w:right w:val="single" w:sz="4" w:color="CFCFCF"/>
            </w:tcBorders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color w:val="111111"/>
                <w:sz w:val="15"/>
              </w:rPr>
              <w:t>DNI/NIE: ___________________________</w:t>
            </w:r>
          </w:p>
        </w:tc>
      </w:tr>
    </w:tbl>
    <w:p>
      <w:pPr>
        <w:keepNext w:val="0"/>
        <w:spacing w:before="40" w:after="0" w:line="216" w:lineRule="auto"/>
        <w:jc w:val="center"/>
      </w:pPr>
      <w:r>
        <w:rPr>
          <w:rFonts w:ascii="Arial" w:hAnsi="Arial" w:eastAsia="Arial"/>
          <w:b/>
          <w:color w:val="666666"/>
          <w:sz w:val="13"/>
        </w:rPr>
        <w:t>XPAI FITNESS · EFXA TOTAL GYM, S.L. · NIF B26846469</w:t>
        <w:br/>
      </w:r>
      <w:r>
        <w:rPr>
          <w:rFonts w:ascii="Arial" w:hAnsi="Arial" w:eastAsia="Arial"/>
          <w:b w:val="0"/>
          <w:color w:val="666666"/>
          <w:sz w:val="13"/>
        </w:rPr>
        <w:t>Carrer Quilali, 1 · 1a planta · 17190 Salt (Girona) · info@xpaifitness.com</w:t>
      </w:r>
    </w:p>
    <w:p>
      <w:r>
        <w:br w:type="page"/>
      </w:r>
    </w:p>
    <w:p>
      <w:pPr>
        <w:keepNext w:val="0"/>
        <w:spacing w:before="0" w:after="0" w:line="240" w:lineRule="auto"/>
        <w:jc w:val="center"/>
      </w:pPr>
      <w:r>
        <w:rPr>
          <w:rFonts w:ascii="Arial" w:hAnsi="Arial" w:eastAsia="Arial"/>
          <w:b/>
          <w:color w:val="111111"/>
          <w:sz w:val="48"/>
        </w:rPr>
        <w:t xml:space="preserve">XPAI </w:t>
      </w:r>
      <w:r>
        <w:rPr>
          <w:rFonts w:ascii="Arial" w:hAnsi="Arial" w:eastAsia="Arial"/>
          <w:b/>
          <w:color w:val="86B52E"/>
          <w:sz w:val="48"/>
        </w:rPr>
        <w:t>FITNESS</w:t>
      </w:r>
    </w:p>
    <w:p>
      <w:pPr>
        <w:keepNext w:val="0"/>
        <w:spacing w:before="0" w:after="40" w:line="240" w:lineRule="auto"/>
        <w:jc w:val="center"/>
      </w:pPr>
      <w:r>
        <w:rPr>
          <w:rFonts w:ascii="Arial" w:hAnsi="Arial" w:eastAsia="Arial"/>
          <w:b w:val="0"/>
          <w:color w:val="666666"/>
          <w:sz w:val="21"/>
        </w:rPr>
        <w:t>CONDICIONS GENERALS I INFORMACIÓ DE PROTECCIÓ DE DADES</w:t>
      </w:r>
    </w:p>
    <w:p>
      <w:pPr>
        <w:keepNext/>
        <w:spacing w:before="0" w:after="0" w:line="221" w:lineRule="auto"/>
      </w:pPr>
      <w:r>
        <w:rPr>
          <w:rFonts w:ascii="Arial" w:hAnsi="Arial" w:eastAsia="Arial"/>
          <w:b/>
          <w:color w:val="111111"/>
          <w:sz w:val="17"/>
        </w:rPr>
        <w:t>1. Accés i caràcter personal</w:t>
      </w:r>
    </w:p>
    <w:p>
      <w:pPr>
        <w:keepNext w:val="0"/>
        <w:spacing w:before="0" w:after="20" w:line="221" w:lineRule="auto"/>
      </w:pPr>
      <w:r>
        <w:rPr>
          <w:rFonts w:ascii="Arial" w:hAnsi="Arial" w:eastAsia="Arial"/>
          <w:b w:val="0"/>
          <w:color w:val="111111"/>
          <w:sz w:val="15"/>
        </w:rPr>
        <w:t>L'alta permet utilitzar les instal·lacions i serveis inclosos en la quota contractada durant la seva vigència. L'accés és personal i intransferible.</w:t>
      </w:r>
    </w:p>
    <w:p>
      <w:pPr>
        <w:keepNext/>
        <w:spacing w:before="0" w:after="0" w:line="221" w:lineRule="auto"/>
      </w:pPr>
      <w:r>
        <w:rPr>
          <w:rFonts w:ascii="Arial" w:hAnsi="Arial" w:eastAsia="Arial"/>
          <w:b/>
          <w:color w:val="111111"/>
          <w:sz w:val="17"/>
        </w:rPr>
        <w:t>2. Quotes, matrícula i serveis addicionals</w:t>
      </w:r>
    </w:p>
    <w:p>
      <w:pPr>
        <w:keepNext w:val="0"/>
        <w:spacing w:before="0" w:after="20" w:line="221" w:lineRule="auto"/>
      </w:pPr>
      <w:r>
        <w:rPr>
          <w:rFonts w:ascii="Arial" w:hAnsi="Arial" w:eastAsia="Arial"/>
          <w:b w:val="0"/>
          <w:color w:val="111111"/>
          <w:sz w:val="15"/>
        </w:rPr>
        <w:t>El soci accepta el preu, la matrícula -si correspon- i la periodicitat indicats a la fitxa d'alta. Els serveis addicionals no inclosos en la quota es cobraran separadament quan siguin contractats.</w:t>
      </w:r>
    </w:p>
    <w:p>
      <w:pPr>
        <w:keepNext/>
        <w:spacing w:before="0" w:after="0" w:line="221" w:lineRule="auto"/>
      </w:pPr>
      <w:r>
        <w:rPr>
          <w:rFonts w:ascii="Arial" w:hAnsi="Arial" w:eastAsia="Arial"/>
          <w:b/>
          <w:color w:val="111111"/>
          <w:sz w:val="17"/>
        </w:rPr>
        <w:t>3. Durada, renovació i baixa</w:t>
      </w:r>
    </w:p>
    <w:p>
      <w:pPr>
        <w:keepNext w:val="0"/>
        <w:spacing w:before="0" w:after="20" w:line="221" w:lineRule="auto"/>
      </w:pPr>
      <w:r>
        <w:rPr>
          <w:rFonts w:ascii="Arial" w:hAnsi="Arial" w:eastAsia="Arial"/>
          <w:b w:val="0"/>
          <w:color w:val="111111"/>
          <w:sz w:val="15"/>
        </w:rPr>
        <w:t>La durada, renovació i procediment de baixa dependran de la modalitat contractada i de les condicions comunicades en el moment de l'alta. Qualsevol permanència o preavís aplicable haurà de constar expressament en les condicions de la quota.</w:t>
      </w:r>
    </w:p>
    <w:p>
      <w:pPr>
        <w:keepNext/>
        <w:spacing w:before="0" w:after="0" w:line="221" w:lineRule="auto"/>
      </w:pPr>
      <w:r>
        <w:rPr>
          <w:rFonts w:ascii="Arial" w:hAnsi="Arial" w:eastAsia="Arial"/>
          <w:b/>
          <w:color w:val="111111"/>
          <w:sz w:val="17"/>
        </w:rPr>
        <w:t>4. Impagaments</w:t>
      </w:r>
    </w:p>
    <w:p>
      <w:pPr>
        <w:keepNext w:val="0"/>
        <w:spacing w:before="0" w:after="20" w:line="221" w:lineRule="auto"/>
      </w:pPr>
      <w:r>
        <w:rPr>
          <w:rFonts w:ascii="Arial" w:hAnsi="Arial" w:eastAsia="Arial"/>
          <w:b w:val="0"/>
          <w:color w:val="111111"/>
          <w:sz w:val="15"/>
        </w:rPr>
        <w:t>En cas d'impagament, XPAI FITNESS podrà suspendre temporalment l'accés mentre l'import estigui pendent. Només es repercutiran despeses quan hagin estat informades i siguin legalment aplicables.</w:t>
      </w:r>
    </w:p>
    <w:p>
      <w:pPr>
        <w:keepNext/>
        <w:spacing w:before="0" w:after="0" w:line="221" w:lineRule="auto"/>
      </w:pPr>
      <w:r>
        <w:rPr>
          <w:rFonts w:ascii="Arial" w:hAnsi="Arial" w:eastAsia="Arial"/>
          <w:b/>
          <w:color w:val="111111"/>
          <w:sz w:val="17"/>
        </w:rPr>
        <w:t>5. Horaris i funcionament</w:t>
      </w:r>
    </w:p>
    <w:p>
      <w:pPr>
        <w:keepNext w:val="0"/>
        <w:spacing w:before="0" w:after="20" w:line="221" w:lineRule="auto"/>
      </w:pPr>
      <w:r>
        <w:rPr>
          <w:rFonts w:ascii="Arial" w:hAnsi="Arial" w:eastAsia="Arial"/>
          <w:b w:val="0"/>
          <w:color w:val="111111"/>
          <w:sz w:val="15"/>
        </w:rPr>
        <w:t>El soci ha de respectar els horaris i les indicacions del personal. El centre podrà adaptar horaris o serveis per manteniment, seguretat, necessitats operatives o causes justificades, informant-ne quan correspongui.</w:t>
      </w:r>
    </w:p>
    <w:p>
      <w:pPr>
        <w:keepNext/>
        <w:spacing w:before="0" w:after="0" w:line="221" w:lineRule="auto"/>
      </w:pPr>
      <w:r>
        <w:rPr>
          <w:rFonts w:ascii="Arial" w:hAnsi="Arial" w:eastAsia="Arial"/>
          <w:b/>
          <w:color w:val="111111"/>
          <w:sz w:val="17"/>
        </w:rPr>
        <w:t>6. Normes d'ús, higiene i convivència</w:t>
      </w:r>
    </w:p>
    <w:p>
      <w:pPr>
        <w:keepNext w:val="0"/>
        <w:spacing w:before="0" w:after="20" w:line="221" w:lineRule="auto"/>
      </w:pPr>
      <w:r>
        <w:rPr>
          <w:rFonts w:ascii="Arial" w:hAnsi="Arial" w:eastAsia="Arial"/>
          <w:b w:val="0"/>
          <w:color w:val="111111"/>
          <w:sz w:val="15"/>
        </w:rPr>
        <w:t>Cal utilitzar correctament màquines, pesos i instal·lacions, mantenir un comportament respectuós i complir les normes d'higiene i seguretat. El material s'ha de deixar al lloc corresponent després de l'ús.</w:t>
      </w:r>
    </w:p>
    <w:p>
      <w:pPr>
        <w:keepNext/>
        <w:spacing w:before="0" w:after="0" w:line="221" w:lineRule="auto"/>
      </w:pPr>
      <w:r>
        <w:rPr>
          <w:rFonts w:ascii="Arial" w:hAnsi="Arial" w:eastAsia="Arial"/>
          <w:b/>
          <w:color w:val="111111"/>
          <w:sz w:val="17"/>
        </w:rPr>
        <w:t>7. Salut i activitat física</w:t>
      </w:r>
    </w:p>
    <w:p>
      <w:pPr>
        <w:keepNext w:val="0"/>
        <w:spacing w:before="0" w:after="20" w:line="221" w:lineRule="auto"/>
      </w:pPr>
      <w:r>
        <w:rPr>
          <w:rFonts w:ascii="Arial" w:hAnsi="Arial" w:eastAsia="Arial"/>
          <w:b w:val="0"/>
          <w:color w:val="111111"/>
          <w:sz w:val="15"/>
        </w:rPr>
        <w:t>Cada usuari és responsable de practicar exercici d'acord amb el seu estat físic i capacitats. Davant de símptomes, lesions, malalties o dubtes sobre l'aptitud per entrenar, es recomana consultar un professional sanitari.</w:t>
      </w:r>
    </w:p>
    <w:p>
      <w:pPr>
        <w:keepNext/>
        <w:spacing w:before="0" w:after="0" w:line="221" w:lineRule="auto"/>
      </w:pPr>
      <w:r>
        <w:rPr>
          <w:rFonts w:ascii="Arial" w:hAnsi="Arial" w:eastAsia="Arial"/>
          <w:b/>
          <w:color w:val="111111"/>
          <w:sz w:val="17"/>
        </w:rPr>
        <w:t>8. Taquilles i objectes personals</w:t>
      </w:r>
    </w:p>
    <w:p>
      <w:pPr>
        <w:keepNext w:val="0"/>
        <w:spacing w:before="0" w:after="20" w:line="221" w:lineRule="auto"/>
      </w:pPr>
      <w:r>
        <w:rPr>
          <w:rFonts w:ascii="Arial" w:hAnsi="Arial" w:eastAsia="Arial"/>
          <w:b w:val="0"/>
          <w:color w:val="111111"/>
          <w:sz w:val="15"/>
        </w:rPr>
        <w:t>Les taquilles d'ús diari s'han de buidar en acabar l'entrenament, excepte les contractades per a ús fix. El règim de taquilles i objectes oblidats es regirà per les normes internes comunicades pel centre.</w:t>
      </w:r>
    </w:p>
    <w:p>
      <w:pPr>
        <w:keepNext/>
        <w:spacing w:before="0" w:after="0" w:line="221" w:lineRule="auto"/>
      </w:pPr>
      <w:r>
        <w:rPr>
          <w:rFonts w:ascii="Arial" w:hAnsi="Arial" w:eastAsia="Arial"/>
          <w:b/>
          <w:color w:val="111111"/>
          <w:sz w:val="17"/>
        </w:rPr>
        <w:t>9. Conducta i seguretat</w:t>
      </w:r>
    </w:p>
    <w:p>
      <w:pPr>
        <w:keepNext w:val="0"/>
        <w:spacing w:before="0" w:after="20" w:line="221" w:lineRule="auto"/>
      </w:pPr>
      <w:r>
        <w:rPr>
          <w:rFonts w:ascii="Arial" w:hAnsi="Arial" w:eastAsia="Arial"/>
          <w:b w:val="0"/>
          <w:color w:val="111111"/>
          <w:sz w:val="15"/>
        </w:rPr>
        <w:t>No es permeten conductes agressives, intimidatòries o que posin en risc altres persones o les instal·lacions, ni l'ús inadequat del material. Els incompliments greus o reiterats podran comportar mesures proporcionades.</w:t>
      </w:r>
    </w:p>
    <w:p>
      <w:pPr>
        <w:keepNext/>
        <w:spacing w:before="0" w:after="0" w:line="221" w:lineRule="auto"/>
      </w:pPr>
      <w:r>
        <w:rPr>
          <w:rFonts w:ascii="Arial" w:hAnsi="Arial" w:eastAsia="Arial"/>
          <w:b/>
          <w:color w:val="111111"/>
          <w:sz w:val="17"/>
        </w:rPr>
        <w:t>10. Menors d'edat</w:t>
      </w:r>
    </w:p>
    <w:p>
      <w:pPr>
        <w:keepNext w:val="0"/>
        <w:spacing w:before="0" w:after="20" w:line="221" w:lineRule="auto"/>
      </w:pPr>
      <w:r>
        <w:rPr>
          <w:rFonts w:ascii="Arial" w:hAnsi="Arial" w:eastAsia="Arial"/>
          <w:b w:val="0"/>
          <w:color w:val="111111"/>
          <w:sz w:val="15"/>
        </w:rPr>
        <w:t>L'accés i la contractació per part de menors estaran subjectes a l'edat mínima, les autoritzacions i les condicions específiques establertes pel centre i per la normativa aplicable.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1"/>
      </w:tblGrid>
      <w:tr>
        <w:tc>
          <w:tcPr>
            <w:tcW w:type="dxa" w:w="9921"/>
            <w:vAlign w:val="center"/>
            <w:shd w:fill="111111"/>
            <w:tcMar>
              <w:top w:w="55" w:type="dxa"/>
              <w:start w:w="120" w:type="dxa"/>
              <w:bottom w:w="45" w:type="dxa"/>
              <w:end w:w="8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color w:val="FFFFFF"/>
                <w:sz w:val="22"/>
              </w:rPr>
              <w:t>11. INFORMACIÓ BÀSICA DE PROTECCIÓ DE DADES</w:t>
            </w:r>
          </w:p>
        </w:tc>
      </w:tr>
    </w:tbl>
    <w:p>
      <w:pPr>
        <w:keepNext w:val="0"/>
        <w:spacing w:before="0" w:after="0" w:line="226" w:lineRule="auto"/>
      </w:pPr>
      <w:r>
        <w:rPr>
          <w:rFonts w:ascii="Arial" w:hAnsi="Arial" w:eastAsia="Arial"/>
          <w:b/>
          <w:color w:val="111111"/>
          <w:sz w:val="15"/>
        </w:rPr>
        <w:t xml:space="preserve">Responsable: </w:t>
      </w:r>
      <w:r>
        <w:rPr>
          <w:rFonts w:ascii="Arial" w:hAnsi="Arial" w:eastAsia="Arial"/>
          <w:b w:val="0"/>
          <w:color w:val="111111"/>
          <w:sz w:val="15"/>
        </w:rPr>
        <w:t>EFXA TOTAL GYM, S.L. (XPAI FITNESS), NIF B26846469.</w:t>
      </w:r>
    </w:p>
    <w:p>
      <w:pPr>
        <w:keepNext w:val="0"/>
        <w:spacing w:before="0" w:after="0" w:line="226" w:lineRule="auto"/>
      </w:pPr>
      <w:r>
        <w:rPr>
          <w:rFonts w:ascii="Arial" w:hAnsi="Arial" w:eastAsia="Arial"/>
          <w:b/>
          <w:color w:val="111111"/>
          <w:sz w:val="15"/>
        </w:rPr>
        <w:t xml:space="preserve">Finalitats: </w:t>
      </w:r>
      <w:r>
        <w:rPr>
          <w:rFonts w:ascii="Arial" w:hAnsi="Arial" w:eastAsia="Arial"/>
          <w:b w:val="0"/>
          <w:color w:val="111111"/>
          <w:sz w:val="15"/>
        </w:rPr>
        <w:t>gestionar l'alta i la relació contractual, quotes i cobraments, control d'accés, atenció al soci, gestió administrativa i obligacions legals. Amb autorització expressa: comunicacions comercials i/o ús promocional d'imatges.</w:t>
      </w:r>
    </w:p>
    <w:p>
      <w:pPr>
        <w:keepNext w:val="0"/>
        <w:spacing w:before="0" w:after="0" w:line="226" w:lineRule="auto"/>
      </w:pPr>
      <w:r>
        <w:rPr>
          <w:rFonts w:ascii="Arial" w:hAnsi="Arial" w:eastAsia="Arial"/>
          <w:b/>
          <w:color w:val="111111"/>
          <w:sz w:val="15"/>
        </w:rPr>
        <w:t xml:space="preserve">Base jurídica: </w:t>
      </w:r>
      <w:r>
        <w:rPr>
          <w:rFonts w:ascii="Arial" w:hAnsi="Arial" w:eastAsia="Arial"/>
          <w:b w:val="0"/>
          <w:color w:val="111111"/>
          <w:sz w:val="15"/>
        </w:rPr>
        <w:t>execució del contracte i compliment d'obligacions legals; consentiment per als tractaments opcionals quan correspongui.</w:t>
      </w:r>
    </w:p>
    <w:p>
      <w:pPr>
        <w:keepNext w:val="0"/>
        <w:spacing w:before="0" w:after="0" w:line="226" w:lineRule="auto"/>
      </w:pPr>
      <w:r>
        <w:rPr>
          <w:rFonts w:ascii="Arial" w:hAnsi="Arial" w:eastAsia="Arial"/>
          <w:b/>
          <w:color w:val="111111"/>
          <w:sz w:val="15"/>
        </w:rPr>
        <w:t xml:space="preserve">Destinataris: </w:t>
      </w:r>
      <w:r>
        <w:rPr>
          <w:rFonts w:ascii="Arial" w:hAnsi="Arial" w:eastAsia="Arial"/>
          <w:b w:val="0"/>
          <w:color w:val="111111"/>
          <w:sz w:val="15"/>
        </w:rPr>
        <w:t>proveïdors necessaris per a la gestió del centre i administracions o tercers quan existeixi obligació legal, d'acord amb la normativa aplicable.</w:t>
      </w:r>
    </w:p>
    <w:p>
      <w:pPr>
        <w:keepNext w:val="0"/>
        <w:spacing w:before="0" w:after="0" w:line="226" w:lineRule="auto"/>
      </w:pPr>
      <w:r>
        <w:rPr>
          <w:rFonts w:ascii="Arial" w:hAnsi="Arial" w:eastAsia="Arial"/>
          <w:b/>
          <w:color w:val="111111"/>
          <w:sz w:val="15"/>
        </w:rPr>
        <w:t xml:space="preserve">Conservació: </w:t>
      </w:r>
      <w:r>
        <w:rPr>
          <w:rFonts w:ascii="Arial" w:hAnsi="Arial" w:eastAsia="Arial"/>
          <w:b w:val="0"/>
          <w:color w:val="111111"/>
          <w:sz w:val="15"/>
        </w:rPr>
        <w:t>durant la relació contractual i, després, durant els terminis necessaris per complir obligacions i atendre possibles responsabilitats legals.</w:t>
      </w:r>
    </w:p>
    <w:p>
      <w:pPr>
        <w:keepNext w:val="0"/>
        <w:spacing w:before="0" w:after="0" w:line="226" w:lineRule="auto"/>
      </w:pPr>
      <w:r>
        <w:rPr>
          <w:rFonts w:ascii="Arial" w:hAnsi="Arial" w:eastAsia="Arial"/>
          <w:b/>
          <w:color w:val="111111"/>
          <w:sz w:val="15"/>
        </w:rPr>
        <w:t xml:space="preserve">Drets: </w:t>
      </w:r>
      <w:r>
        <w:rPr>
          <w:rFonts w:ascii="Arial" w:hAnsi="Arial" w:eastAsia="Arial"/>
          <w:b w:val="0"/>
          <w:color w:val="111111"/>
          <w:sz w:val="15"/>
        </w:rPr>
        <w:t>accés, rectificació, supressió, oposició, limitació i portabilitat quan correspongui, així com retirada dels consentiments opcionals, contactant amb info@xpaifitness.com. També es pot reclamar davant l'Agència Espanyola de Protecció de Dades.</w:t>
      </w:r>
    </w:p>
    <w:p>
      <w:pPr>
        <w:keepNext w:val="0"/>
        <w:spacing w:before="0" w:after="0" w:line="226" w:lineRule="auto"/>
      </w:pPr>
      <w:r>
        <w:rPr>
          <w:rFonts w:ascii="Arial" w:hAnsi="Arial" w:eastAsia="Arial"/>
          <w:b/>
          <w:color w:val="111111"/>
          <w:sz w:val="15"/>
        </w:rPr>
        <w:t xml:space="preserve">Informació addicional: </w:t>
      </w:r>
      <w:r>
        <w:rPr>
          <w:rFonts w:ascii="Arial" w:hAnsi="Arial" w:eastAsia="Arial"/>
          <w:b w:val="0"/>
          <w:color w:val="111111"/>
          <w:sz w:val="15"/>
        </w:rPr>
        <w:t>la política de privacitat completa estarà disponible pels canals d'XPAI FITNESS.</w:t>
      </w:r>
    </w:p>
    <w:p>
      <w:pPr>
        <w:keepNext w:val="0"/>
        <w:spacing w:before="40" w:after="0" w:line="216" w:lineRule="auto"/>
        <w:jc w:val="center"/>
      </w:pPr>
      <w:r>
        <w:rPr>
          <w:rFonts w:ascii="Arial" w:hAnsi="Arial" w:eastAsia="Arial"/>
          <w:b/>
          <w:color w:val="666666"/>
          <w:sz w:val="13"/>
        </w:rPr>
        <w:t>XPAI FITNESS · EFXA TOTAL GYM, S.L. · NIF B26846469</w:t>
        <w:br/>
      </w:r>
      <w:r>
        <w:rPr>
          <w:rFonts w:ascii="Arial" w:hAnsi="Arial" w:eastAsia="Arial"/>
          <w:b w:val="0"/>
          <w:color w:val="666666"/>
          <w:sz w:val="13"/>
        </w:rPr>
        <w:t>Carrer Quilali, 1 · 1a planta · 17190 Salt (Girona) · info@xpaifitness.com</w:t>
      </w:r>
    </w:p>
    <w:sectPr w:rsidR="00FC693F" w:rsidRPr="0006063C" w:rsidSect="00034616">
      <w:pgSz w:w="12240" w:h="15840"/>
      <w:pgMar w:top="425" w:right="709" w:bottom="369" w:left="709" w:header="170" w:footer="17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FITXA D'ALTA DE SOCI</dc:title>
  <dc:subject>XPAI FITNESS membership registration form</dc:subject>
  <dc:creator>XPAI FITNESS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